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C1EA9" w14:textId="77777777" w:rsidR="00712EC8" w:rsidRDefault="00000000">
      <w:pPr>
        <w:pStyle w:val="Title"/>
        <w:spacing w:after="40"/>
        <w:jc w:val="center"/>
      </w:pPr>
      <w:r>
        <w:rPr>
          <w:rFonts w:ascii="Arial" w:hAnsi="Arial"/>
          <w:color w:val="691C32"/>
        </w:rPr>
        <w:t>Texas Woman’s University</w:t>
      </w:r>
    </w:p>
    <w:p w14:paraId="29A0FC4F" w14:textId="77777777" w:rsidR="00712EC8" w:rsidRDefault="00000000">
      <w:pPr>
        <w:pBdr>
          <w:bottom w:val="single" w:sz="14" w:space="5" w:color="691C32"/>
        </w:pBdr>
        <w:spacing w:after="240"/>
        <w:jc w:val="center"/>
      </w:pPr>
      <w:r>
        <w:rPr>
          <w:b/>
          <w:sz w:val="26"/>
        </w:rPr>
        <w:t>Master of Social Work Program</w:t>
      </w:r>
      <w:r>
        <w:rPr>
          <w:b/>
          <w:sz w:val="26"/>
        </w:rPr>
        <w:br/>
        <w:t>Application Résumé</w:t>
      </w:r>
    </w:p>
    <w:p w14:paraId="1FFC1E0B" w14:textId="77777777" w:rsidR="00712EC8" w:rsidRDefault="00000000">
      <w:pPr>
        <w:pStyle w:val="Heading1"/>
        <w:pBdr>
          <w:bottom w:val="single" w:sz="6" w:space="2" w:color="691C32"/>
        </w:pBdr>
      </w:pPr>
      <w:r>
        <w:t>Applicant Instructions</w:t>
      </w:r>
    </w:p>
    <w:p w14:paraId="26196071" w14:textId="77777777" w:rsidR="00712EC8" w:rsidRDefault="00000000">
      <w:pPr>
        <w:shd w:val="clear" w:color="auto" w:fill="F5F2F3"/>
        <w:ind w:left="216" w:right="216"/>
      </w:pPr>
      <w:r>
        <w:t>Complete each section below. If a section does not apply to you, mark the visible “I do not have information to report” option. If you have more than one item in a section, copy and paste the complete Entry block as many times as needed and enter the corresponding information.</w:t>
      </w:r>
    </w:p>
    <w:p w14:paraId="36959DBA" w14:textId="77777777" w:rsidR="00712EC8" w:rsidRDefault="00000000">
      <w:pPr>
        <w:shd w:val="clear" w:color="auto" w:fill="F5F2F3"/>
        <w:ind w:left="216" w:right="216"/>
      </w:pPr>
      <w:r>
        <w:t>Prior work, internship, or volunteer experience is not required for admission. When the number of qualified applicants exceeds available spaces, relevant experience may be considered as part of the application review.</w:t>
      </w:r>
    </w:p>
    <w:p w14:paraId="24D0B7C6" w14:textId="77777777" w:rsidR="00712EC8" w:rsidRDefault="00000000">
      <w:pPr>
        <w:shd w:val="clear" w:color="auto" w:fill="F5F2F3"/>
        <w:ind w:left="216" w:right="216"/>
      </w:pPr>
      <w:r>
        <w:t>Submission and accessibility: Keep all section headings and field labels in place. Enter your information in the blank space provided after each field label; the document will expand as you type. Before submitting, use Microsoft Word’s Accessibility Checker, then save or export the completed résumé as a PDF. Review the PDF to confirm that all text is visible and in the correct reading order.</w:t>
      </w:r>
    </w:p>
    <w:p w14:paraId="7626DA2D" w14:textId="77777777" w:rsidR="00712EC8" w:rsidRDefault="00000000">
      <w:pPr>
        <w:pStyle w:val="Heading1"/>
        <w:pBdr>
          <w:bottom w:val="single" w:sz="6" w:space="2" w:color="691C32"/>
        </w:pBdr>
      </w:pPr>
      <w:r>
        <w:t>Education</w:t>
      </w:r>
    </w:p>
    <w:p w14:paraId="4B8CF9D7" w14:textId="77777777" w:rsidR="00712EC8" w:rsidRDefault="00000000">
      <w:r>
        <w:t>List all postsecondary academic work completed or in progress, beginning with the most recent.</w:t>
      </w:r>
    </w:p>
    <w:p w14:paraId="7A5992EE" w14:textId="77777777" w:rsidR="00712EC8" w:rsidRDefault="00000000">
      <w:pPr>
        <w:spacing w:after="120"/>
      </w:pPr>
      <w:r>
        <w:rPr>
          <w:b/>
        </w:rPr>
        <w:t xml:space="preserve">[ ] </w:t>
      </w:r>
      <w:r w:rsidRPr="00AB2CBC">
        <w:rPr>
          <w:b/>
          <w:i/>
          <w:iCs/>
        </w:rPr>
        <w:t>I do not have information to report for this section.</w:t>
      </w:r>
    </w:p>
    <w:p w14:paraId="3D1E6B3E" w14:textId="77777777" w:rsidR="00A74C7E" w:rsidRDefault="00A74C7E">
      <w:pPr>
        <w:pStyle w:val="FieldLabel"/>
      </w:pPr>
    </w:p>
    <w:p w14:paraId="53505989" w14:textId="4041F345" w:rsidR="00712EC8" w:rsidRDefault="00000000">
      <w:pPr>
        <w:pStyle w:val="FieldLabel"/>
      </w:pPr>
      <w:r>
        <w:t>Degree:</w:t>
      </w:r>
    </w:p>
    <w:p w14:paraId="4C87CE83" w14:textId="77777777" w:rsidR="00712EC8" w:rsidRDefault="00000000">
      <w:pPr>
        <w:spacing w:after="140" w:line="360" w:lineRule="exact"/>
      </w:pPr>
      <w:r>
        <w:rPr>
          <w:sz w:val="22"/>
        </w:rPr>
        <w:t> </w:t>
      </w:r>
    </w:p>
    <w:p w14:paraId="110A4718" w14:textId="77777777" w:rsidR="00712EC8" w:rsidRDefault="00000000">
      <w:pPr>
        <w:pStyle w:val="FieldLabel"/>
      </w:pPr>
      <w:r>
        <w:t>College/University:</w:t>
      </w:r>
    </w:p>
    <w:p w14:paraId="52560C7B" w14:textId="77777777" w:rsidR="00712EC8" w:rsidRDefault="00000000">
      <w:pPr>
        <w:spacing w:after="140" w:line="360" w:lineRule="exact"/>
      </w:pPr>
      <w:r>
        <w:rPr>
          <w:sz w:val="22"/>
        </w:rPr>
        <w:t> </w:t>
      </w:r>
    </w:p>
    <w:p w14:paraId="4A299D54" w14:textId="77777777" w:rsidR="00712EC8" w:rsidRDefault="00000000">
      <w:pPr>
        <w:pStyle w:val="FieldLabel"/>
      </w:pPr>
      <w:r>
        <w:t>Minor (if any):</w:t>
      </w:r>
    </w:p>
    <w:p w14:paraId="398586C4" w14:textId="77777777" w:rsidR="00712EC8" w:rsidRDefault="00000000">
      <w:pPr>
        <w:spacing w:after="140" w:line="360" w:lineRule="exact"/>
      </w:pPr>
      <w:r>
        <w:rPr>
          <w:sz w:val="22"/>
        </w:rPr>
        <w:t> </w:t>
      </w:r>
    </w:p>
    <w:p w14:paraId="528FF295" w14:textId="77777777" w:rsidR="00712EC8" w:rsidRDefault="00000000">
      <w:pPr>
        <w:pStyle w:val="FieldLabel"/>
      </w:pPr>
      <w:r>
        <w:t>Graduation or expected date (month/year):</w:t>
      </w:r>
    </w:p>
    <w:p w14:paraId="775A0EC0" w14:textId="77777777" w:rsidR="00712EC8" w:rsidRDefault="00000000">
      <w:pPr>
        <w:spacing w:after="140" w:line="360" w:lineRule="exact"/>
      </w:pPr>
      <w:r>
        <w:rPr>
          <w:sz w:val="22"/>
        </w:rPr>
        <w:t> </w:t>
      </w:r>
    </w:p>
    <w:p w14:paraId="54F4C6AC" w14:textId="6422A179" w:rsidR="00712EC8" w:rsidRDefault="00000000">
      <w:pPr>
        <w:spacing w:after="160"/>
      </w:pPr>
      <w:r>
        <w:rPr>
          <w:i/>
          <w:color w:val="5A5A5A"/>
          <w:sz w:val="18"/>
        </w:rPr>
        <w:t xml:space="preserve">For additional entries, copy and paste this entire Entry block below </w:t>
      </w:r>
      <w:r w:rsidR="00A74C7E">
        <w:rPr>
          <w:i/>
          <w:color w:val="5A5A5A"/>
          <w:sz w:val="18"/>
        </w:rPr>
        <w:t xml:space="preserve">the graduation date of the prior entry. </w:t>
      </w:r>
    </w:p>
    <w:p w14:paraId="4D76961E" w14:textId="77777777" w:rsidR="00712EC8" w:rsidRDefault="00000000">
      <w:pPr>
        <w:pStyle w:val="Heading1"/>
        <w:pBdr>
          <w:bottom w:val="single" w:sz="6" w:space="2" w:color="691C32"/>
        </w:pBdr>
      </w:pPr>
      <w:r>
        <w:t>Internships / Field Practicum Experience</w:t>
      </w:r>
    </w:p>
    <w:p w14:paraId="5969CA60" w14:textId="77777777" w:rsidR="00712EC8" w:rsidRDefault="00000000">
      <w:r>
        <w:t>List all internships or field practicum experiences in social work or a related field, if any, beginning with the most recent.</w:t>
      </w:r>
    </w:p>
    <w:p w14:paraId="4A8597AC" w14:textId="77777777" w:rsidR="00712EC8" w:rsidRDefault="00000000">
      <w:pPr>
        <w:spacing w:after="120"/>
      </w:pPr>
      <w:r>
        <w:rPr>
          <w:b/>
        </w:rPr>
        <w:t xml:space="preserve">[ ] </w:t>
      </w:r>
      <w:r w:rsidRPr="00AB2CBC">
        <w:rPr>
          <w:b/>
          <w:i/>
          <w:iCs/>
        </w:rPr>
        <w:t>I do not have information to report for this section.</w:t>
      </w:r>
    </w:p>
    <w:p w14:paraId="02E31283" w14:textId="77777777" w:rsidR="00A74C7E" w:rsidRDefault="00A74C7E">
      <w:pPr>
        <w:pStyle w:val="FieldLabel"/>
      </w:pPr>
    </w:p>
    <w:p w14:paraId="7E9963D5" w14:textId="530506CF" w:rsidR="00712EC8" w:rsidRDefault="00000000">
      <w:pPr>
        <w:pStyle w:val="FieldLabel"/>
      </w:pPr>
      <w:r>
        <w:t>Organization:</w:t>
      </w:r>
    </w:p>
    <w:p w14:paraId="5D97DA1D" w14:textId="77777777" w:rsidR="00712EC8" w:rsidRDefault="00000000">
      <w:pPr>
        <w:spacing w:after="140" w:line="360" w:lineRule="exact"/>
      </w:pPr>
      <w:r>
        <w:rPr>
          <w:sz w:val="22"/>
        </w:rPr>
        <w:t> </w:t>
      </w:r>
    </w:p>
    <w:p w14:paraId="2597857F" w14:textId="77777777" w:rsidR="00712EC8" w:rsidRDefault="00000000">
      <w:pPr>
        <w:pStyle w:val="FieldLabel"/>
      </w:pPr>
      <w:r>
        <w:lastRenderedPageBreak/>
        <w:t>City and state:</w:t>
      </w:r>
    </w:p>
    <w:p w14:paraId="40E90F63" w14:textId="77777777" w:rsidR="00712EC8" w:rsidRDefault="00000000">
      <w:pPr>
        <w:spacing w:after="140" w:line="360" w:lineRule="exact"/>
      </w:pPr>
      <w:r>
        <w:rPr>
          <w:sz w:val="22"/>
        </w:rPr>
        <w:t> </w:t>
      </w:r>
    </w:p>
    <w:p w14:paraId="48000FEC" w14:textId="77777777" w:rsidR="00712EC8" w:rsidRDefault="00000000">
      <w:pPr>
        <w:pStyle w:val="FieldLabel"/>
      </w:pPr>
      <w:r>
        <w:t>Duties/Responsibilities:</w:t>
      </w:r>
    </w:p>
    <w:p w14:paraId="456FAB19" w14:textId="77777777" w:rsidR="00712EC8" w:rsidRDefault="00000000" w:rsidP="00CE1581">
      <w:pPr>
        <w:spacing w:after="0" w:line="360" w:lineRule="exact"/>
      </w:pPr>
      <w:r>
        <w:rPr>
          <w:sz w:val="22"/>
        </w:rPr>
        <w:t> </w:t>
      </w:r>
    </w:p>
    <w:p w14:paraId="4FBB2E35" w14:textId="77777777" w:rsidR="00A11BF2" w:rsidRDefault="00A11BF2" w:rsidP="00A11BF2">
      <w:pPr>
        <w:spacing w:after="140" w:line="360" w:lineRule="exact"/>
      </w:pPr>
      <w:r>
        <w:rPr>
          <w:sz w:val="22"/>
        </w:rPr>
        <w:t> </w:t>
      </w:r>
    </w:p>
    <w:p w14:paraId="00DD99E5" w14:textId="77777777" w:rsidR="00712EC8" w:rsidRDefault="00000000">
      <w:pPr>
        <w:pStyle w:val="FieldLabel"/>
      </w:pPr>
      <w:r>
        <w:t>Start date (month/year):</w:t>
      </w:r>
    </w:p>
    <w:p w14:paraId="5065995E" w14:textId="77777777" w:rsidR="00712EC8" w:rsidRDefault="00000000">
      <w:pPr>
        <w:spacing w:after="140" w:line="360" w:lineRule="exact"/>
      </w:pPr>
      <w:r>
        <w:rPr>
          <w:sz w:val="22"/>
        </w:rPr>
        <w:t> </w:t>
      </w:r>
    </w:p>
    <w:p w14:paraId="64B9874F" w14:textId="77777777" w:rsidR="00712EC8" w:rsidRDefault="00000000">
      <w:pPr>
        <w:pStyle w:val="FieldLabel"/>
      </w:pPr>
      <w:r>
        <w:t>End date (month/year):</w:t>
      </w:r>
    </w:p>
    <w:p w14:paraId="3C88D70A" w14:textId="77777777" w:rsidR="00712EC8" w:rsidRDefault="00000000">
      <w:pPr>
        <w:spacing w:after="140" w:line="360" w:lineRule="exact"/>
      </w:pPr>
      <w:r>
        <w:rPr>
          <w:sz w:val="22"/>
        </w:rPr>
        <w:t> </w:t>
      </w:r>
    </w:p>
    <w:p w14:paraId="03D9B272" w14:textId="5EFC30DD" w:rsidR="002708F4" w:rsidRDefault="00000000" w:rsidP="002708F4">
      <w:pPr>
        <w:spacing w:after="160"/>
      </w:pPr>
      <w:r>
        <w:rPr>
          <w:i/>
          <w:color w:val="5A5A5A"/>
          <w:sz w:val="18"/>
        </w:rPr>
        <w:t>For additional entries, copy and paste this entire Entry block</w:t>
      </w:r>
      <w:r w:rsidR="002708F4">
        <w:rPr>
          <w:i/>
          <w:color w:val="5A5A5A"/>
          <w:sz w:val="18"/>
        </w:rPr>
        <w:t xml:space="preserve"> below the end date of the prior entry. </w:t>
      </w:r>
    </w:p>
    <w:p w14:paraId="61FB0C0C" w14:textId="01FECDD9" w:rsidR="004069E0" w:rsidRDefault="000D3E33" w:rsidP="004069E0">
      <w:pPr>
        <w:pStyle w:val="Heading1"/>
        <w:pBdr>
          <w:bottom w:val="single" w:sz="6" w:space="2" w:color="691C32"/>
        </w:pBdr>
      </w:pPr>
      <w:r w:rsidRPr="000D3E33">
        <w:t>Social Work &amp; Related Social Work Experiences</w:t>
      </w:r>
    </w:p>
    <w:p w14:paraId="1C81AFB7" w14:textId="5EA358AE" w:rsidR="00712EC8" w:rsidRDefault="00000000">
      <w:r>
        <w:t xml:space="preserve">List all compensated work experience in social work positions or related positions in which you </w:t>
      </w:r>
      <w:r w:rsidR="0076710A">
        <w:t>perform</w:t>
      </w:r>
      <w:r>
        <w:t xml:space="preserve"> duties typically associated with social work, such as case management, advocacy, crisis intervention, care, education, prevention, outreach, or similar services, beginning with the most recent. Prior experience is not required for admission. This section is intended to help us learn about your background and readiness for graduate studies.</w:t>
      </w:r>
    </w:p>
    <w:p w14:paraId="363EB0C9" w14:textId="77777777" w:rsidR="00712EC8" w:rsidRDefault="00000000">
      <w:pPr>
        <w:spacing w:after="120"/>
      </w:pPr>
      <w:r>
        <w:rPr>
          <w:b/>
        </w:rPr>
        <w:t xml:space="preserve">[ ] </w:t>
      </w:r>
      <w:r w:rsidRPr="00AB2CBC">
        <w:rPr>
          <w:b/>
          <w:i/>
          <w:iCs/>
        </w:rPr>
        <w:t>I do not have information to report for this section.</w:t>
      </w:r>
    </w:p>
    <w:p w14:paraId="4AE4FB8A" w14:textId="77777777" w:rsidR="002708F4" w:rsidRDefault="002708F4">
      <w:pPr>
        <w:pStyle w:val="FieldLabel"/>
      </w:pPr>
    </w:p>
    <w:p w14:paraId="06FEF169" w14:textId="41328A00" w:rsidR="00712EC8" w:rsidRDefault="00000000">
      <w:pPr>
        <w:pStyle w:val="FieldLabel"/>
      </w:pPr>
      <w:r>
        <w:t>Position:</w:t>
      </w:r>
    </w:p>
    <w:p w14:paraId="7D800C80" w14:textId="77777777" w:rsidR="00712EC8" w:rsidRDefault="00000000">
      <w:pPr>
        <w:spacing w:after="140" w:line="360" w:lineRule="exact"/>
      </w:pPr>
      <w:r>
        <w:rPr>
          <w:sz w:val="22"/>
        </w:rPr>
        <w:t> </w:t>
      </w:r>
    </w:p>
    <w:p w14:paraId="346C9604" w14:textId="77777777" w:rsidR="00712EC8" w:rsidRDefault="00000000">
      <w:pPr>
        <w:pStyle w:val="FieldLabel"/>
      </w:pPr>
      <w:r>
        <w:t>Employer:</w:t>
      </w:r>
    </w:p>
    <w:p w14:paraId="44C3F9AF" w14:textId="77777777" w:rsidR="00712EC8" w:rsidRDefault="00000000">
      <w:pPr>
        <w:spacing w:after="140" w:line="360" w:lineRule="exact"/>
      </w:pPr>
      <w:r>
        <w:rPr>
          <w:sz w:val="22"/>
        </w:rPr>
        <w:t> </w:t>
      </w:r>
    </w:p>
    <w:p w14:paraId="2D4E8D6F" w14:textId="77777777" w:rsidR="00712EC8" w:rsidRDefault="00000000">
      <w:pPr>
        <w:pStyle w:val="FieldLabel"/>
      </w:pPr>
      <w:r>
        <w:t>City and state:</w:t>
      </w:r>
    </w:p>
    <w:p w14:paraId="3994B384" w14:textId="77777777" w:rsidR="00712EC8" w:rsidRDefault="00000000">
      <w:pPr>
        <w:spacing w:after="140" w:line="360" w:lineRule="exact"/>
      </w:pPr>
      <w:r>
        <w:rPr>
          <w:sz w:val="22"/>
        </w:rPr>
        <w:t> </w:t>
      </w:r>
    </w:p>
    <w:p w14:paraId="18B7A0C7" w14:textId="77777777" w:rsidR="00712EC8" w:rsidRDefault="00000000">
      <w:pPr>
        <w:pStyle w:val="FieldLabel"/>
      </w:pPr>
      <w:r>
        <w:t>Duties/Responsibilities:</w:t>
      </w:r>
    </w:p>
    <w:p w14:paraId="579FB341" w14:textId="77777777" w:rsidR="00712EC8" w:rsidRDefault="00000000" w:rsidP="00CE1581">
      <w:pPr>
        <w:spacing w:after="0" w:line="360" w:lineRule="exact"/>
      </w:pPr>
      <w:r>
        <w:rPr>
          <w:sz w:val="22"/>
        </w:rPr>
        <w:t> </w:t>
      </w:r>
    </w:p>
    <w:p w14:paraId="100D99DF" w14:textId="2BDB5268" w:rsidR="00712EC8" w:rsidRDefault="00000000">
      <w:pPr>
        <w:spacing w:after="140" w:line="360" w:lineRule="exact"/>
      </w:pPr>
      <w:r>
        <w:rPr>
          <w:sz w:val="22"/>
        </w:rPr>
        <w:t> </w:t>
      </w:r>
    </w:p>
    <w:p w14:paraId="74D4C4F1" w14:textId="77777777" w:rsidR="00712EC8" w:rsidRDefault="00000000">
      <w:pPr>
        <w:pStyle w:val="FieldLabel"/>
      </w:pPr>
      <w:r>
        <w:t>Start date (month/year):</w:t>
      </w:r>
    </w:p>
    <w:p w14:paraId="219455F4" w14:textId="77777777" w:rsidR="00712EC8" w:rsidRDefault="00000000">
      <w:pPr>
        <w:spacing w:after="140" w:line="360" w:lineRule="exact"/>
      </w:pPr>
      <w:r>
        <w:rPr>
          <w:sz w:val="22"/>
        </w:rPr>
        <w:t> </w:t>
      </w:r>
    </w:p>
    <w:p w14:paraId="52B2239E" w14:textId="77777777" w:rsidR="00712EC8" w:rsidRDefault="00000000">
      <w:pPr>
        <w:pStyle w:val="FieldLabel"/>
      </w:pPr>
      <w:r>
        <w:t>End date (month/year):</w:t>
      </w:r>
    </w:p>
    <w:p w14:paraId="170D4429" w14:textId="77777777" w:rsidR="00712EC8" w:rsidRDefault="00000000">
      <w:pPr>
        <w:spacing w:after="140" w:line="360" w:lineRule="exact"/>
      </w:pPr>
      <w:r>
        <w:rPr>
          <w:sz w:val="22"/>
        </w:rPr>
        <w:t> </w:t>
      </w:r>
    </w:p>
    <w:p w14:paraId="72FC919D" w14:textId="599A761B" w:rsidR="00712EC8" w:rsidRDefault="00000000">
      <w:pPr>
        <w:spacing w:after="160"/>
        <w:rPr>
          <w:i/>
          <w:color w:val="5A5A5A"/>
          <w:sz w:val="18"/>
        </w:rPr>
      </w:pPr>
      <w:r>
        <w:rPr>
          <w:i/>
          <w:color w:val="5A5A5A"/>
          <w:sz w:val="18"/>
        </w:rPr>
        <w:t xml:space="preserve">For additional entries, copy and paste this entire Entry block below </w:t>
      </w:r>
      <w:r w:rsidR="002708F4" w:rsidRPr="002708F4">
        <w:rPr>
          <w:i/>
          <w:color w:val="5A5A5A"/>
          <w:sz w:val="18"/>
        </w:rPr>
        <w:t>the end date of the prior entry</w:t>
      </w:r>
      <w:r>
        <w:rPr>
          <w:i/>
          <w:color w:val="5A5A5A"/>
          <w:sz w:val="18"/>
        </w:rPr>
        <w:t>.</w:t>
      </w:r>
    </w:p>
    <w:p w14:paraId="4D5059B2" w14:textId="51AE329A" w:rsidR="00C5083A" w:rsidRDefault="002A0E49" w:rsidP="00C5083A">
      <w:pPr>
        <w:pStyle w:val="Heading1"/>
        <w:pBdr>
          <w:bottom w:val="single" w:sz="6" w:space="2" w:color="691C32"/>
        </w:pBdr>
      </w:pPr>
      <w:r>
        <w:t>Childcare</w:t>
      </w:r>
      <w:r w:rsidR="006C28CB">
        <w:t xml:space="preserve"> &amp; Education </w:t>
      </w:r>
      <w:r w:rsidR="00C5083A">
        <w:t>Experience</w:t>
      </w:r>
    </w:p>
    <w:p w14:paraId="0A9100CC" w14:textId="740275B1" w:rsidR="009B6884" w:rsidRDefault="009B6884" w:rsidP="00C5083A">
      <w:pPr>
        <w:spacing w:after="120"/>
        <w:rPr>
          <w:rFonts w:cs="Arial"/>
          <w:color w:val="222222"/>
          <w:shd w:val="clear" w:color="auto" w:fill="FFFFFF"/>
        </w:rPr>
      </w:pPr>
      <w:r>
        <w:rPr>
          <w:rFonts w:cs="Arial"/>
          <w:color w:val="222222"/>
          <w:shd w:val="clear" w:color="auto" w:fill="FFFFFF"/>
        </w:rPr>
        <w:t>List all compensated experience in teaching</w:t>
      </w:r>
      <w:r w:rsidR="006C28CB">
        <w:rPr>
          <w:rFonts w:cs="Arial"/>
          <w:color w:val="222222"/>
          <w:shd w:val="clear" w:color="auto" w:fill="FFFFFF"/>
        </w:rPr>
        <w:t xml:space="preserve"> (</w:t>
      </w:r>
      <w:r w:rsidR="00E359C6">
        <w:rPr>
          <w:rFonts w:cs="Arial"/>
          <w:color w:val="222222"/>
          <w:shd w:val="clear" w:color="auto" w:fill="FFFFFF"/>
        </w:rPr>
        <w:t xml:space="preserve">preschool, K-12 or </w:t>
      </w:r>
      <w:r w:rsidR="004567B7">
        <w:rPr>
          <w:rFonts w:cs="Arial"/>
          <w:color w:val="222222"/>
          <w:shd w:val="clear" w:color="auto" w:fill="FFFFFF"/>
        </w:rPr>
        <w:t>post-secondary education)</w:t>
      </w:r>
      <w:r>
        <w:rPr>
          <w:rFonts w:cs="Arial"/>
          <w:color w:val="222222"/>
          <w:shd w:val="clear" w:color="auto" w:fill="FFFFFF"/>
        </w:rPr>
        <w:t xml:space="preserve">, childcare, or </w:t>
      </w:r>
      <w:r w:rsidR="00127F35">
        <w:rPr>
          <w:rFonts w:cs="Arial"/>
          <w:color w:val="222222"/>
          <w:shd w:val="clear" w:color="auto" w:fill="FFFFFF"/>
        </w:rPr>
        <w:t xml:space="preserve">other </w:t>
      </w:r>
      <w:r>
        <w:rPr>
          <w:rFonts w:cs="Arial"/>
          <w:color w:val="222222"/>
          <w:shd w:val="clear" w:color="auto" w:fill="FFFFFF"/>
        </w:rPr>
        <w:t xml:space="preserve">educational settings, beginning with the most recent. This may include </w:t>
      </w:r>
      <w:r w:rsidR="002609E1">
        <w:rPr>
          <w:rFonts w:cs="Arial"/>
          <w:color w:val="222222"/>
          <w:shd w:val="clear" w:color="auto" w:fill="FFFFFF"/>
        </w:rPr>
        <w:t>teacher</w:t>
      </w:r>
      <w:r>
        <w:rPr>
          <w:rFonts w:cs="Arial"/>
          <w:color w:val="222222"/>
          <w:shd w:val="clear" w:color="auto" w:fill="FFFFFF"/>
        </w:rPr>
        <w:t xml:space="preserve">, teacher aide or </w:t>
      </w:r>
      <w:r>
        <w:rPr>
          <w:rFonts w:cs="Arial"/>
          <w:color w:val="222222"/>
          <w:shd w:val="clear" w:color="auto" w:fill="FFFFFF"/>
        </w:rPr>
        <w:lastRenderedPageBreak/>
        <w:t>paraprofessional roles, daycare or preschool positions, after-school or summer programs, tutoring, and nanny or in-home childcare.</w:t>
      </w:r>
    </w:p>
    <w:p w14:paraId="4184288C" w14:textId="494581CA" w:rsidR="00C5083A" w:rsidRDefault="00C5083A" w:rsidP="00C5083A">
      <w:pPr>
        <w:spacing w:after="120"/>
      </w:pPr>
      <w:r>
        <w:rPr>
          <w:b/>
        </w:rPr>
        <w:t>[ ]</w:t>
      </w:r>
      <w:r w:rsidRPr="00AB2CBC">
        <w:rPr>
          <w:b/>
          <w:i/>
          <w:iCs/>
        </w:rPr>
        <w:t xml:space="preserve"> I do not have information to report for this section.</w:t>
      </w:r>
    </w:p>
    <w:p w14:paraId="0614543C" w14:textId="77777777" w:rsidR="00C5083A" w:rsidRDefault="00C5083A" w:rsidP="00C5083A">
      <w:pPr>
        <w:pStyle w:val="FieldLabel"/>
      </w:pPr>
    </w:p>
    <w:p w14:paraId="54F03F50" w14:textId="77777777" w:rsidR="00C5083A" w:rsidRDefault="00C5083A" w:rsidP="00C5083A">
      <w:pPr>
        <w:pStyle w:val="FieldLabel"/>
      </w:pPr>
      <w:r>
        <w:t>Position:</w:t>
      </w:r>
    </w:p>
    <w:p w14:paraId="1FB9BEC6" w14:textId="77777777" w:rsidR="00C5083A" w:rsidRDefault="00C5083A" w:rsidP="00C5083A">
      <w:pPr>
        <w:spacing w:after="140" w:line="360" w:lineRule="exact"/>
      </w:pPr>
      <w:r>
        <w:rPr>
          <w:sz w:val="22"/>
        </w:rPr>
        <w:t> </w:t>
      </w:r>
    </w:p>
    <w:p w14:paraId="33D87C2F" w14:textId="04507AF3" w:rsidR="00C5083A" w:rsidRDefault="00C5083A" w:rsidP="00C5083A">
      <w:pPr>
        <w:pStyle w:val="FieldLabel"/>
      </w:pPr>
      <w:r>
        <w:t>Employer</w:t>
      </w:r>
      <w:r w:rsidR="007E2B36">
        <w:t xml:space="preserve"> or family</w:t>
      </w:r>
      <w:r>
        <w:t>:</w:t>
      </w:r>
    </w:p>
    <w:p w14:paraId="1320F124" w14:textId="77777777" w:rsidR="00C5083A" w:rsidRDefault="00C5083A" w:rsidP="00C5083A">
      <w:pPr>
        <w:spacing w:after="140" w:line="360" w:lineRule="exact"/>
      </w:pPr>
      <w:r>
        <w:rPr>
          <w:sz w:val="22"/>
        </w:rPr>
        <w:t> </w:t>
      </w:r>
    </w:p>
    <w:p w14:paraId="71CFB24A" w14:textId="77777777" w:rsidR="00C5083A" w:rsidRDefault="00C5083A" w:rsidP="00C5083A">
      <w:pPr>
        <w:pStyle w:val="FieldLabel"/>
      </w:pPr>
      <w:r>
        <w:t>City and state:</w:t>
      </w:r>
    </w:p>
    <w:p w14:paraId="47F7B446" w14:textId="77777777" w:rsidR="00C5083A" w:rsidRDefault="00C5083A" w:rsidP="00C5083A">
      <w:pPr>
        <w:spacing w:after="140" w:line="360" w:lineRule="exact"/>
      </w:pPr>
      <w:r>
        <w:rPr>
          <w:sz w:val="22"/>
        </w:rPr>
        <w:t> </w:t>
      </w:r>
    </w:p>
    <w:p w14:paraId="04CBB0C8" w14:textId="77777777" w:rsidR="00C5083A" w:rsidRDefault="00C5083A" w:rsidP="00C5083A">
      <w:pPr>
        <w:pStyle w:val="FieldLabel"/>
      </w:pPr>
      <w:r>
        <w:t>Duties/Responsibilities:</w:t>
      </w:r>
    </w:p>
    <w:p w14:paraId="1549A9D9" w14:textId="77777777" w:rsidR="00C5083A" w:rsidRDefault="00C5083A" w:rsidP="00C5083A">
      <w:pPr>
        <w:spacing w:after="0" w:line="360" w:lineRule="exact"/>
      </w:pPr>
      <w:r>
        <w:rPr>
          <w:sz w:val="22"/>
        </w:rPr>
        <w:t> </w:t>
      </w:r>
    </w:p>
    <w:p w14:paraId="46059E5B" w14:textId="77777777" w:rsidR="00C5083A" w:rsidRDefault="00C5083A" w:rsidP="00C5083A">
      <w:pPr>
        <w:spacing w:after="140" w:line="360" w:lineRule="exact"/>
      </w:pPr>
      <w:r>
        <w:rPr>
          <w:sz w:val="22"/>
        </w:rPr>
        <w:t> </w:t>
      </w:r>
    </w:p>
    <w:p w14:paraId="6098EF8F" w14:textId="77777777" w:rsidR="00C5083A" w:rsidRDefault="00C5083A" w:rsidP="00C5083A">
      <w:pPr>
        <w:pStyle w:val="FieldLabel"/>
      </w:pPr>
      <w:r>
        <w:t>Start date (month/year):</w:t>
      </w:r>
    </w:p>
    <w:p w14:paraId="662B2D5E" w14:textId="77777777" w:rsidR="00C5083A" w:rsidRDefault="00C5083A" w:rsidP="00C5083A">
      <w:pPr>
        <w:spacing w:after="140" w:line="360" w:lineRule="exact"/>
      </w:pPr>
      <w:r>
        <w:rPr>
          <w:sz w:val="22"/>
        </w:rPr>
        <w:t> </w:t>
      </w:r>
    </w:p>
    <w:p w14:paraId="217868FC" w14:textId="77777777" w:rsidR="00C5083A" w:rsidRDefault="00C5083A" w:rsidP="00C5083A">
      <w:pPr>
        <w:pStyle w:val="FieldLabel"/>
      </w:pPr>
      <w:r>
        <w:t>End date (month/year):</w:t>
      </w:r>
    </w:p>
    <w:p w14:paraId="23604C5D" w14:textId="77777777" w:rsidR="00C5083A" w:rsidRDefault="00C5083A" w:rsidP="00C5083A">
      <w:pPr>
        <w:spacing w:after="140" w:line="360" w:lineRule="exact"/>
      </w:pPr>
      <w:r>
        <w:rPr>
          <w:sz w:val="22"/>
        </w:rPr>
        <w:t> </w:t>
      </w:r>
    </w:p>
    <w:p w14:paraId="405E43D5" w14:textId="77777777" w:rsidR="00C5083A" w:rsidRDefault="00C5083A" w:rsidP="00C5083A">
      <w:pPr>
        <w:spacing w:after="160"/>
      </w:pPr>
      <w:r>
        <w:rPr>
          <w:i/>
          <w:color w:val="5A5A5A"/>
          <w:sz w:val="18"/>
        </w:rPr>
        <w:t>For additional entries, copy and paste this entire Entry block below the end date of the prior entry.</w:t>
      </w:r>
    </w:p>
    <w:p w14:paraId="29FF885D" w14:textId="77777777" w:rsidR="00A257AC" w:rsidRDefault="00A257AC">
      <w:pPr>
        <w:spacing w:after="160"/>
      </w:pPr>
    </w:p>
    <w:p w14:paraId="5E6B2121" w14:textId="77777777" w:rsidR="00712EC8" w:rsidRDefault="00000000">
      <w:pPr>
        <w:pStyle w:val="Heading1"/>
        <w:pBdr>
          <w:bottom w:val="single" w:sz="6" w:space="2" w:color="691C32"/>
        </w:pBdr>
      </w:pPr>
      <w:r>
        <w:t>Other Work Experience</w:t>
      </w:r>
    </w:p>
    <w:p w14:paraId="4EE2DACF" w14:textId="2506B405" w:rsidR="00712EC8" w:rsidRDefault="00000000">
      <w:r>
        <w:t xml:space="preserve">List all compensated work experience that is not related to social work, such as cashier, store attendant, </w:t>
      </w:r>
      <w:r w:rsidR="00DD1C50">
        <w:t>delivery service</w:t>
      </w:r>
      <w:r w:rsidR="00FA3F1C">
        <w:t xml:space="preserve">, </w:t>
      </w:r>
      <w:r>
        <w:t>or other employment</w:t>
      </w:r>
      <w:r w:rsidR="00734023">
        <w:t>, b</w:t>
      </w:r>
      <w:r>
        <w:t>egin</w:t>
      </w:r>
      <w:r w:rsidR="00734023">
        <w:t>ning</w:t>
      </w:r>
      <w:r>
        <w:t xml:space="preserve"> with the most recent.</w:t>
      </w:r>
    </w:p>
    <w:p w14:paraId="6FF11FA6" w14:textId="77777777" w:rsidR="00712EC8" w:rsidRDefault="00000000">
      <w:pPr>
        <w:spacing w:after="120"/>
      </w:pPr>
      <w:r>
        <w:rPr>
          <w:b/>
        </w:rPr>
        <w:t>[ ]</w:t>
      </w:r>
      <w:r w:rsidRPr="00AB2CBC">
        <w:rPr>
          <w:b/>
          <w:i/>
          <w:iCs/>
        </w:rPr>
        <w:t xml:space="preserve"> I do not have information to report for this section.</w:t>
      </w:r>
    </w:p>
    <w:p w14:paraId="5F120C64" w14:textId="77777777" w:rsidR="002708F4" w:rsidRDefault="002708F4">
      <w:pPr>
        <w:pStyle w:val="FieldLabel"/>
      </w:pPr>
    </w:p>
    <w:p w14:paraId="1BC7F87B" w14:textId="1F9981B7" w:rsidR="00712EC8" w:rsidRDefault="00000000">
      <w:pPr>
        <w:pStyle w:val="FieldLabel"/>
      </w:pPr>
      <w:r>
        <w:t>Position:</w:t>
      </w:r>
    </w:p>
    <w:p w14:paraId="61945834" w14:textId="77777777" w:rsidR="00712EC8" w:rsidRDefault="00000000">
      <w:pPr>
        <w:spacing w:after="140" w:line="360" w:lineRule="exact"/>
      </w:pPr>
      <w:r>
        <w:rPr>
          <w:sz w:val="22"/>
        </w:rPr>
        <w:t> </w:t>
      </w:r>
    </w:p>
    <w:p w14:paraId="1308B4B6" w14:textId="77777777" w:rsidR="00712EC8" w:rsidRDefault="00000000">
      <w:pPr>
        <w:pStyle w:val="FieldLabel"/>
      </w:pPr>
      <w:r>
        <w:t>Employer:</w:t>
      </w:r>
    </w:p>
    <w:p w14:paraId="50095A38" w14:textId="77777777" w:rsidR="00712EC8" w:rsidRDefault="00000000">
      <w:pPr>
        <w:spacing w:after="140" w:line="360" w:lineRule="exact"/>
      </w:pPr>
      <w:r>
        <w:rPr>
          <w:sz w:val="22"/>
        </w:rPr>
        <w:t> </w:t>
      </w:r>
    </w:p>
    <w:p w14:paraId="11D707B7" w14:textId="77777777" w:rsidR="00712EC8" w:rsidRDefault="00000000">
      <w:pPr>
        <w:pStyle w:val="FieldLabel"/>
      </w:pPr>
      <w:r>
        <w:t>City and state:</w:t>
      </w:r>
    </w:p>
    <w:p w14:paraId="014FA424" w14:textId="77777777" w:rsidR="00712EC8" w:rsidRDefault="00000000">
      <w:pPr>
        <w:spacing w:after="140" w:line="360" w:lineRule="exact"/>
      </w:pPr>
      <w:r>
        <w:rPr>
          <w:sz w:val="22"/>
        </w:rPr>
        <w:t> </w:t>
      </w:r>
    </w:p>
    <w:p w14:paraId="6758B671" w14:textId="77777777" w:rsidR="00712EC8" w:rsidRDefault="00000000">
      <w:pPr>
        <w:pStyle w:val="FieldLabel"/>
      </w:pPr>
      <w:r>
        <w:t>Duties/Responsibilities:</w:t>
      </w:r>
    </w:p>
    <w:p w14:paraId="515C0430" w14:textId="77777777" w:rsidR="00712EC8" w:rsidRDefault="00000000" w:rsidP="00917E58">
      <w:pPr>
        <w:spacing w:after="0" w:line="360" w:lineRule="exact"/>
      </w:pPr>
      <w:r>
        <w:rPr>
          <w:sz w:val="22"/>
        </w:rPr>
        <w:t> </w:t>
      </w:r>
    </w:p>
    <w:p w14:paraId="52198366" w14:textId="77777777" w:rsidR="00712EC8" w:rsidRDefault="00000000">
      <w:pPr>
        <w:spacing w:after="140" w:line="360" w:lineRule="exact"/>
      </w:pPr>
      <w:r>
        <w:rPr>
          <w:sz w:val="22"/>
        </w:rPr>
        <w:t> </w:t>
      </w:r>
    </w:p>
    <w:p w14:paraId="28EAA69C" w14:textId="77777777" w:rsidR="00712EC8" w:rsidRDefault="00000000">
      <w:pPr>
        <w:pStyle w:val="FieldLabel"/>
      </w:pPr>
      <w:r>
        <w:t>Start date (month/year):</w:t>
      </w:r>
    </w:p>
    <w:p w14:paraId="4D066B23" w14:textId="77777777" w:rsidR="00712EC8" w:rsidRDefault="00000000">
      <w:pPr>
        <w:spacing w:after="140" w:line="360" w:lineRule="exact"/>
      </w:pPr>
      <w:r>
        <w:rPr>
          <w:sz w:val="22"/>
        </w:rPr>
        <w:t> </w:t>
      </w:r>
    </w:p>
    <w:p w14:paraId="0A490DF6" w14:textId="77777777" w:rsidR="00712EC8" w:rsidRDefault="00000000">
      <w:pPr>
        <w:pStyle w:val="FieldLabel"/>
      </w:pPr>
      <w:r>
        <w:lastRenderedPageBreak/>
        <w:t>End date (month/year):</w:t>
      </w:r>
    </w:p>
    <w:p w14:paraId="2FA94D97" w14:textId="77777777" w:rsidR="00712EC8" w:rsidRDefault="00000000">
      <w:pPr>
        <w:spacing w:after="140" w:line="360" w:lineRule="exact"/>
      </w:pPr>
      <w:r>
        <w:rPr>
          <w:sz w:val="22"/>
        </w:rPr>
        <w:t> </w:t>
      </w:r>
    </w:p>
    <w:p w14:paraId="0D126EAD" w14:textId="607D1199" w:rsidR="00712EC8" w:rsidRDefault="00000000">
      <w:pPr>
        <w:spacing w:after="160"/>
      </w:pPr>
      <w:r>
        <w:rPr>
          <w:i/>
          <w:color w:val="5A5A5A"/>
          <w:sz w:val="18"/>
        </w:rPr>
        <w:t>For additional entries, copy and paste this entire Entry block below</w:t>
      </w:r>
      <w:r w:rsidR="00BF3FC7">
        <w:rPr>
          <w:i/>
          <w:color w:val="5A5A5A"/>
          <w:sz w:val="18"/>
        </w:rPr>
        <w:t xml:space="preserve"> the end date of </w:t>
      </w:r>
      <w:r>
        <w:rPr>
          <w:i/>
          <w:color w:val="5A5A5A"/>
          <w:sz w:val="18"/>
        </w:rPr>
        <w:t>the</w:t>
      </w:r>
      <w:r w:rsidR="00BF3FC7">
        <w:rPr>
          <w:i/>
          <w:color w:val="5A5A5A"/>
          <w:sz w:val="18"/>
        </w:rPr>
        <w:t xml:space="preserve"> prior</w:t>
      </w:r>
      <w:r>
        <w:rPr>
          <w:i/>
          <w:color w:val="5A5A5A"/>
          <w:sz w:val="18"/>
        </w:rPr>
        <w:t xml:space="preserve"> entry.</w:t>
      </w:r>
    </w:p>
    <w:p w14:paraId="172CAE01" w14:textId="77777777" w:rsidR="00712EC8" w:rsidRDefault="00000000">
      <w:pPr>
        <w:pStyle w:val="Heading1"/>
        <w:pBdr>
          <w:bottom w:val="single" w:sz="6" w:space="2" w:color="691C32"/>
        </w:pBdr>
      </w:pPr>
      <w:r>
        <w:t>Volunteer Experiences</w:t>
      </w:r>
    </w:p>
    <w:p w14:paraId="281C16F6" w14:textId="77777777" w:rsidR="00712EC8" w:rsidRDefault="00000000">
      <w:r>
        <w:t>List all volunteer (unpaid) and community service experiences, beginning with your most recent. Include formal or informal service activities that reflect your involvement with organizations, communities, grassroots efforts, specific events, or personal commitments. Prior volunteer experience is not required for admission. This section is intended to help us learn about your community involvement.</w:t>
      </w:r>
    </w:p>
    <w:p w14:paraId="58A9907D" w14:textId="77777777" w:rsidR="00712EC8" w:rsidRDefault="00000000">
      <w:pPr>
        <w:spacing w:after="120"/>
      </w:pPr>
      <w:r>
        <w:rPr>
          <w:b/>
        </w:rPr>
        <w:t xml:space="preserve">[ ] </w:t>
      </w:r>
      <w:r w:rsidRPr="00AB2CBC">
        <w:rPr>
          <w:b/>
          <w:i/>
          <w:iCs/>
        </w:rPr>
        <w:t>I do not have information to report for this section.</w:t>
      </w:r>
    </w:p>
    <w:p w14:paraId="03293FB8" w14:textId="77777777" w:rsidR="002708F4" w:rsidRDefault="002708F4">
      <w:pPr>
        <w:pStyle w:val="FieldLabel"/>
      </w:pPr>
    </w:p>
    <w:p w14:paraId="66A0460F" w14:textId="52723A09" w:rsidR="00712EC8" w:rsidRDefault="00000000">
      <w:pPr>
        <w:pStyle w:val="FieldLabel"/>
      </w:pPr>
      <w:r>
        <w:t>Organization, group, community, grassroots movement, or personal commitment:</w:t>
      </w:r>
    </w:p>
    <w:p w14:paraId="54103707" w14:textId="77777777" w:rsidR="00712EC8" w:rsidRDefault="00000000">
      <w:pPr>
        <w:spacing w:after="140" w:line="360" w:lineRule="exact"/>
      </w:pPr>
      <w:r>
        <w:rPr>
          <w:sz w:val="22"/>
        </w:rPr>
        <w:t> </w:t>
      </w:r>
    </w:p>
    <w:p w14:paraId="0D1BFCCF" w14:textId="77777777" w:rsidR="00712EC8" w:rsidRDefault="00000000">
      <w:pPr>
        <w:pStyle w:val="FieldLabel"/>
      </w:pPr>
      <w:r>
        <w:t>City and state:</w:t>
      </w:r>
    </w:p>
    <w:p w14:paraId="05BE4EF2" w14:textId="77777777" w:rsidR="00712EC8" w:rsidRDefault="00000000">
      <w:pPr>
        <w:spacing w:after="140" w:line="360" w:lineRule="exact"/>
      </w:pPr>
      <w:r>
        <w:rPr>
          <w:sz w:val="22"/>
        </w:rPr>
        <w:t> </w:t>
      </w:r>
    </w:p>
    <w:p w14:paraId="70E740CD" w14:textId="77777777" w:rsidR="00712EC8" w:rsidRDefault="00000000">
      <w:pPr>
        <w:pStyle w:val="FieldLabel"/>
      </w:pPr>
      <w:r>
        <w:t>Event or nature of involvement/service:</w:t>
      </w:r>
    </w:p>
    <w:p w14:paraId="72ADDCB9" w14:textId="77777777" w:rsidR="00712EC8" w:rsidRDefault="00000000" w:rsidP="0090016B">
      <w:pPr>
        <w:spacing w:after="0" w:line="360" w:lineRule="exact"/>
      </w:pPr>
      <w:r>
        <w:rPr>
          <w:sz w:val="22"/>
        </w:rPr>
        <w:t> </w:t>
      </w:r>
    </w:p>
    <w:p w14:paraId="12F9A6E9" w14:textId="77777777" w:rsidR="00712EC8" w:rsidRDefault="00000000">
      <w:pPr>
        <w:spacing w:after="140" w:line="360" w:lineRule="exact"/>
      </w:pPr>
      <w:r>
        <w:rPr>
          <w:sz w:val="22"/>
        </w:rPr>
        <w:t> </w:t>
      </w:r>
    </w:p>
    <w:p w14:paraId="0E84FC4F" w14:textId="77777777" w:rsidR="00712EC8" w:rsidRDefault="00000000">
      <w:pPr>
        <w:pStyle w:val="FieldLabel"/>
      </w:pPr>
      <w:r>
        <w:t>Frequency of service:</w:t>
      </w:r>
    </w:p>
    <w:p w14:paraId="1ED01700" w14:textId="77777777" w:rsidR="00712EC8" w:rsidRDefault="00000000">
      <w:pPr>
        <w:spacing w:after="140" w:line="360" w:lineRule="exact"/>
      </w:pPr>
      <w:r>
        <w:rPr>
          <w:sz w:val="22"/>
        </w:rPr>
        <w:t> </w:t>
      </w:r>
    </w:p>
    <w:p w14:paraId="300F2C99" w14:textId="77777777" w:rsidR="00712EC8" w:rsidRDefault="00000000">
      <w:pPr>
        <w:pStyle w:val="FieldLabel"/>
      </w:pPr>
      <w:r>
        <w:t>Start date (month/year):</w:t>
      </w:r>
    </w:p>
    <w:p w14:paraId="512EBC01" w14:textId="77777777" w:rsidR="00712EC8" w:rsidRDefault="00000000">
      <w:pPr>
        <w:spacing w:after="140" w:line="360" w:lineRule="exact"/>
      </w:pPr>
      <w:r>
        <w:rPr>
          <w:sz w:val="22"/>
        </w:rPr>
        <w:t> </w:t>
      </w:r>
    </w:p>
    <w:p w14:paraId="08EF44B7" w14:textId="77777777" w:rsidR="00712EC8" w:rsidRDefault="00000000">
      <w:pPr>
        <w:pStyle w:val="FieldLabel"/>
      </w:pPr>
      <w:r>
        <w:t>End date (month/year):</w:t>
      </w:r>
    </w:p>
    <w:p w14:paraId="5E2BC57E" w14:textId="77777777" w:rsidR="00712EC8" w:rsidRDefault="00000000">
      <w:pPr>
        <w:spacing w:after="140" w:line="360" w:lineRule="exact"/>
      </w:pPr>
      <w:r>
        <w:rPr>
          <w:sz w:val="22"/>
        </w:rPr>
        <w:t> </w:t>
      </w:r>
    </w:p>
    <w:p w14:paraId="504468A3" w14:textId="3918F6F8" w:rsidR="00712EC8" w:rsidRDefault="00000000">
      <w:pPr>
        <w:spacing w:after="160"/>
      </w:pPr>
      <w:r>
        <w:rPr>
          <w:i/>
          <w:color w:val="5A5A5A"/>
          <w:sz w:val="18"/>
        </w:rPr>
        <w:t xml:space="preserve">For additional entries, copy and paste this entire Entry block below </w:t>
      </w:r>
      <w:r w:rsidR="006C4C51">
        <w:rPr>
          <w:i/>
          <w:color w:val="5A5A5A"/>
          <w:sz w:val="18"/>
        </w:rPr>
        <w:t>the end date o</w:t>
      </w:r>
      <w:r w:rsidR="00201D4A">
        <w:rPr>
          <w:i/>
          <w:color w:val="5A5A5A"/>
          <w:sz w:val="18"/>
        </w:rPr>
        <w:t>f</w:t>
      </w:r>
      <w:r w:rsidR="006C4C51">
        <w:rPr>
          <w:i/>
          <w:color w:val="5A5A5A"/>
          <w:sz w:val="18"/>
        </w:rPr>
        <w:t xml:space="preserve"> </w:t>
      </w:r>
      <w:r w:rsidR="00201D4A">
        <w:rPr>
          <w:i/>
          <w:color w:val="5A5A5A"/>
          <w:sz w:val="18"/>
        </w:rPr>
        <w:t xml:space="preserve">the </w:t>
      </w:r>
      <w:r w:rsidR="006C4C51">
        <w:rPr>
          <w:i/>
          <w:color w:val="5A5A5A"/>
          <w:sz w:val="18"/>
        </w:rPr>
        <w:t>prior entry</w:t>
      </w:r>
      <w:r>
        <w:rPr>
          <w:i/>
          <w:color w:val="5A5A5A"/>
          <w:sz w:val="18"/>
        </w:rPr>
        <w:t>.</w:t>
      </w:r>
    </w:p>
    <w:p w14:paraId="6B6F0456" w14:textId="77777777" w:rsidR="00712EC8" w:rsidRDefault="00000000">
      <w:pPr>
        <w:pStyle w:val="Heading1"/>
        <w:pBdr>
          <w:bottom w:val="single" w:sz="6" w:space="2" w:color="691C32"/>
        </w:pBdr>
      </w:pPr>
      <w:r>
        <w:t>Certifications &amp; Other Credentials</w:t>
      </w:r>
    </w:p>
    <w:p w14:paraId="1D065041" w14:textId="77777777" w:rsidR="00712EC8" w:rsidRDefault="00000000">
      <w:r>
        <w:t>List specialized training, certifications, micro-credentials, awards, professional licenses, and other related recognition. For each, provide the complete name of the certification or credential, the conferring institution if applicable, and the date earned.</w:t>
      </w:r>
    </w:p>
    <w:p w14:paraId="16418E94" w14:textId="77777777" w:rsidR="00712EC8" w:rsidRDefault="00000000">
      <w:pPr>
        <w:spacing w:after="120"/>
      </w:pPr>
      <w:r>
        <w:rPr>
          <w:b/>
        </w:rPr>
        <w:t xml:space="preserve">[ ] </w:t>
      </w:r>
      <w:r w:rsidRPr="00AB2CBC">
        <w:rPr>
          <w:b/>
          <w:i/>
          <w:iCs/>
        </w:rPr>
        <w:t>I do not have information to report for this section.</w:t>
      </w:r>
    </w:p>
    <w:p w14:paraId="6157B3BB" w14:textId="77777777" w:rsidR="002708F4" w:rsidRDefault="002708F4">
      <w:pPr>
        <w:pStyle w:val="FieldLabel"/>
      </w:pPr>
    </w:p>
    <w:p w14:paraId="783C5740" w14:textId="607E1E27" w:rsidR="00712EC8" w:rsidRDefault="00000000">
      <w:pPr>
        <w:pStyle w:val="FieldLabel"/>
      </w:pPr>
      <w:r>
        <w:t>Certification/Credential:</w:t>
      </w:r>
    </w:p>
    <w:p w14:paraId="3DEC1D9F" w14:textId="77777777" w:rsidR="00712EC8" w:rsidRDefault="00000000">
      <w:pPr>
        <w:spacing w:after="140" w:line="360" w:lineRule="exact"/>
      </w:pPr>
      <w:r>
        <w:rPr>
          <w:sz w:val="22"/>
        </w:rPr>
        <w:t> </w:t>
      </w:r>
    </w:p>
    <w:p w14:paraId="263941D8" w14:textId="77777777" w:rsidR="00712EC8" w:rsidRDefault="00000000">
      <w:pPr>
        <w:pStyle w:val="FieldLabel"/>
      </w:pPr>
      <w:r>
        <w:t>Institution (if applicable):</w:t>
      </w:r>
    </w:p>
    <w:p w14:paraId="7D9FB037" w14:textId="77777777" w:rsidR="00712EC8" w:rsidRDefault="00000000">
      <w:pPr>
        <w:spacing w:after="140" w:line="360" w:lineRule="exact"/>
      </w:pPr>
      <w:r>
        <w:rPr>
          <w:sz w:val="22"/>
        </w:rPr>
        <w:t> </w:t>
      </w:r>
    </w:p>
    <w:p w14:paraId="72382962" w14:textId="77777777" w:rsidR="00712EC8" w:rsidRDefault="00000000">
      <w:pPr>
        <w:pStyle w:val="FieldLabel"/>
      </w:pPr>
      <w:r>
        <w:lastRenderedPageBreak/>
        <w:t>Date earned:</w:t>
      </w:r>
    </w:p>
    <w:p w14:paraId="6F989B18" w14:textId="77777777" w:rsidR="00712EC8" w:rsidRDefault="00000000">
      <w:pPr>
        <w:spacing w:after="140" w:line="360" w:lineRule="exact"/>
      </w:pPr>
      <w:r>
        <w:rPr>
          <w:sz w:val="22"/>
        </w:rPr>
        <w:t> </w:t>
      </w:r>
    </w:p>
    <w:p w14:paraId="4C82E9B8" w14:textId="48476411" w:rsidR="00712EC8" w:rsidRDefault="00000000">
      <w:pPr>
        <w:spacing w:after="160"/>
      </w:pPr>
      <w:r>
        <w:rPr>
          <w:i/>
          <w:color w:val="5A5A5A"/>
          <w:sz w:val="18"/>
        </w:rPr>
        <w:t xml:space="preserve">For additional entries, copy and paste this entire Entry </w:t>
      </w:r>
      <w:r w:rsidR="004971D0">
        <w:rPr>
          <w:i/>
          <w:color w:val="5A5A5A"/>
          <w:sz w:val="18"/>
        </w:rPr>
        <w:t>block below the date earned</w:t>
      </w:r>
      <w:r w:rsidR="00201D4A">
        <w:rPr>
          <w:i/>
          <w:color w:val="5A5A5A"/>
          <w:sz w:val="18"/>
        </w:rPr>
        <w:t xml:space="preserve"> of the</w:t>
      </w:r>
      <w:r w:rsidR="004971D0">
        <w:rPr>
          <w:i/>
          <w:color w:val="5A5A5A"/>
          <w:sz w:val="18"/>
        </w:rPr>
        <w:t xml:space="preserve"> prior entry.</w:t>
      </w:r>
    </w:p>
    <w:p w14:paraId="554D1760" w14:textId="77777777" w:rsidR="00712EC8" w:rsidRDefault="00000000">
      <w:pPr>
        <w:pStyle w:val="Heading1"/>
        <w:pBdr>
          <w:bottom w:val="single" w:sz="6" w:space="2" w:color="691C32"/>
        </w:pBdr>
      </w:pPr>
      <w:r>
        <w:t>Technology Proficiency</w:t>
      </w:r>
    </w:p>
    <w:p w14:paraId="0986AE6C" w14:textId="77777777" w:rsidR="00712EC8" w:rsidRDefault="00000000">
      <w:r>
        <w:t>List the technology tools, software, applications, and learning management platforms with which you have experience (for example, Microsoft Word, Excel, PowerPoint, Blackboard, Brightspace, Canvas, or Google Classroom). For each, indicate your level of proficiency.</w:t>
      </w:r>
    </w:p>
    <w:p w14:paraId="0EDE11F8" w14:textId="77777777" w:rsidR="00712EC8" w:rsidRDefault="00000000">
      <w:pPr>
        <w:spacing w:after="120"/>
      </w:pPr>
      <w:r>
        <w:rPr>
          <w:b/>
        </w:rPr>
        <w:t xml:space="preserve">[ ] </w:t>
      </w:r>
      <w:r w:rsidRPr="00AB2CBC">
        <w:rPr>
          <w:b/>
          <w:i/>
          <w:iCs/>
        </w:rPr>
        <w:t>I do not have information to report for this section.</w:t>
      </w:r>
    </w:p>
    <w:p w14:paraId="4789E449" w14:textId="77777777" w:rsidR="002708F4" w:rsidRDefault="002708F4">
      <w:pPr>
        <w:pStyle w:val="FieldLabel"/>
      </w:pPr>
    </w:p>
    <w:p w14:paraId="337D179D" w14:textId="7C96FD8C" w:rsidR="00712EC8" w:rsidRDefault="00000000">
      <w:pPr>
        <w:pStyle w:val="FieldLabel"/>
      </w:pPr>
      <w:r>
        <w:t>Tool:</w:t>
      </w:r>
    </w:p>
    <w:p w14:paraId="60FFB4FB" w14:textId="77777777" w:rsidR="00712EC8" w:rsidRDefault="00000000">
      <w:pPr>
        <w:spacing w:after="140" w:line="360" w:lineRule="exact"/>
      </w:pPr>
      <w:r>
        <w:rPr>
          <w:sz w:val="22"/>
        </w:rPr>
        <w:t> </w:t>
      </w:r>
    </w:p>
    <w:p w14:paraId="4CCEDDF2" w14:textId="77777777" w:rsidR="00712EC8" w:rsidRDefault="00000000">
      <w:pPr>
        <w:pStyle w:val="FieldLabel"/>
      </w:pPr>
      <w:r>
        <w:t>Proficiency:</w:t>
      </w:r>
    </w:p>
    <w:p w14:paraId="372561CF" w14:textId="77777777" w:rsidR="00712EC8" w:rsidRDefault="00000000">
      <w:r>
        <w:t>[ ] Basic    [ ] Intermediate    [ ] Advanced</w:t>
      </w:r>
    </w:p>
    <w:p w14:paraId="30261452" w14:textId="461CA237" w:rsidR="00712EC8" w:rsidRDefault="00000000">
      <w:pPr>
        <w:spacing w:after="160"/>
      </w:pPr>
      <w:r>
        <w:rPr>
          <w:i/>
          <w:color w:val="5A5A5A"/>
          <w:sz w:val="18"/>
        </w:rPr>
        <w:t xml:space="preserve">For additional entries, copy and paste this entire Entry block </w:t>
      </w:r>
      <w:r w:rsidR="002708F4" w:rsidRPr="002708F4">
        <w:rPr>
          <w:i/>
          <w:color w:val="5A5A5A"/>
          <w:sz w:val="18"/>
        </w:rPr>
        <w:t xml:space="preserve">below the </w:t>
      </w:r>
      <w:r w:rsidR="002708F4">
        <w:rPr>
          <w:i/>
          <w:color w:val="5A5A5A"/>
          <w:sz w:val="18"/>
        </w:rPr>
        <w:t>proficiency level</w:t>
      </w:r>
      <w:r w:rsidR="002708F4" w:rsidRPr="002708F4">
        <w:rPr>
          <w:i/>
          <w:color w:val="5A5A5A"/>
          <w:sz w:val="18"/>
        </w:rPr>
        <w:t xml:space="preserve"> of the prior entry</w:t>
      </w:r>
      <w:r w:rsidR="002708F4">
        <w:rPr>
          <w:i/>
          <w:color w:val="5A5A5A"/>
          <w:sz w:val="18"/>
        </w:rPr>
        <w:t>.</w:t>
      </w:r>
    </w:p>
    <w:p w14:paraId="3FE66AA0" w14:textId="77777777" w:rsidR="00712EC8" w:rsidRDefault="00000000">
      <w:pPr>
        <w:pStyle w:val="Heading1"/>
        <w:pBdr>
          <w:bottom w:val="single" w:sz="6" w:space="2" w:color="691C32"/>
        </w:pBdr>
      </w:pPr>
      <w:r>
        <w:t>Language Proficiency</w:t>
      </w:r>
    </w:p>
    <w:p w14:paraId="059557FE" w14:textId="77777777" w:rsidR="00712EC8" w:rsidRDefault="00000000">
      <w:r>
        <w:t>List all languages you speak and indicate your level of proficiency in each.</w:t>
      </w:r>
    </w:p>
    <w:p w14:paraId="4D5D52E9" w14:textId="77777777" w:rsidR="00712EC8" w:rsidRDefault="00000000">
      <w:pPr>
        <w:spacing w:after="120"/>
      </w:pPr>
      <w:r>
        <w:rPr>
          <w:b/>
        </w:rPr>
        <w:t xml:space="preserve">[ ] </w:t>
      </w:r>
      <w:r w:rsidRPr="00AB2CBC">
        <w:rPr>
          <w:b/>
          <w:i/>
          <w:iCs/>
        </w:rPr>
        <w:t>I do not have information to report for this section.</w:t>
      </w:r>
    </w:p>
    <w:p w14:paraId="64E256E6" w14:textId="77777777" w:rsidR="00712EC8" w:rsidRDefault="00000000">
      <w:pPr>
        <w:pStyle w:val="FieldLabel"/>
      </w:pPr>
      <w:r>
        <w:t>Language:</w:t>
      </w:r>
    </w:p>
    <w:p w14:paraId="5A2C9550" w14:textId="77777777" w:rsidR="00712EC8" w:rsidRDefault="00000000">
      <w:pPr>
        <w:spacing w:after="140" w:line="360" w:lineRule="exact"/>
      </w:pPr>
      <w:r>
        <w:rPr>
          <w:sz w:val="22"/>
        </w:rPr>
        <w:t> </w:t>
      </w:r>
    </w:p>
    <w:p w14:paraId="7B68FD25" w14:textId="77777777" w:rsidR="00712EC8" w:rsidRDefault="00000000">
      <w:pPr>
        <w:pStyle w:val="FieldLabel"/>
      </w:pPr>
      <w:r>
        <w:t>Proficiency:</w:t>
      </w:r>
    </w:p>
    <w:p w14:paraId="05C4618A" w14:textId="77777777" w:rsidR="00712EC8" w:rsidRDefault="00000000">
      <w:r>
        <w:t>[ ] Beginner    [ ] Intermediate    [ ] Advanced    [ ] Fluent/Native</w:t>
      </w:r>
    </w:p>
    <w:p w14:paraId="59DEB097" w14:textId="08FD25C9" w:rsidR="00712EC8" w:rsidRDefault="00000000">
      <w:pPr>
        <w:spacing w:after="160"/>
      </w:pPr>
      <w:r>
        <w:rPr>
          <w:i/>
          <w:color w:val="5A5A5A"/>
          <w:sz w:val="18"/>
        </w:rPr>
        <w:t xml:space="preserve">For additional entries, copy and paste this entire Entry </w:t>
      </w:r>
      <w:r w:rsidR="002708F4" w:rsidRPr="002708F4">
        <w:rPr>
          <w:i/>
          <w:color w:val="5A5A5A"/>
          <w:sz w:val="18"/>
        </w:rPr>
        <w:t>block below the proficiency level of the prior entry</w:t>
      </w:r>
      <w:r>
        <w:rPr>
          <w:i/>
          <w:color w:val="5A5A5A"/>
          <w:sz w:val="18"/>
        </w:rPr>
        <w:t>.</w:t>
      </w:r>
    </w:p>
    <w:p w14:paraId="4F29794E" w14:textId="77777777" w:rsidR="00712EC8" w:rsidRDefault="00000000">
      <w:pPr>
        <w:pStyle w:val="Heading1"/>
        <w:pBdr>
          <w:bottom w:val="single" w:sz="6" w:space="2" w:color="691C32"/>
        </w:pBdr>
      </w:pPr>
      <w:r>
        <w:t>Transferable Skills</w:t>
      </w:r>
    </w:p>
    <w:p w14:paraId="051F871F" w14:textId="77777777" w:rsidR="00712EC8" w:rsidRDefault="00000000">
      <w:r>
        <w:t>Describe any additional experiences that have built skills relevant to social work practice. These may include, but are not limited to, research, de-escalation or crisis response, military service, leadership roles, communication, active listening, problem-solving, creativity, and emotional regulation. Identify each skill developed and briefly describe the experience.</w:t>
      </w:r>
    </w:p>
    <w:p w14:paraId="258F6550" w14:textId="77777777" w:rsidR="00712EC8" w:rsidRDefault="00000000">
      <w:pPr>
        <w:spacing w:after="120"/>
      </w:pPr>
      <w:r>
        <w:rPr>
          <w:b/>
        </w:rPr>
        <w:t xml:space="preserve">[ ] </w:t>
      </w:r>
      <w:r w:rsidRPr="00AB2CBC">
        <w:rPr>
          <w:b/>
          <w:i/>
          <w:iCs/>
        </w:rPr>
        <w:t>I do not have information to report for this section.</w:t>
      </w:r>
    </w:p>
    <w:p w14:paraId="6171C1E1" w14:textId="77777777" w:rsidR="002708F4" w:rsidRDefault="002708F4">
      <w:pPr>
        <w:pStyle w:val="FieldLabel"/>
      </w:pPr>
    </w:p>
    <w:p w14:paraId="56D614F9" w14:textId="729F399A" w:rsidR="00712EC8" w:rsidRDefault="00000000">
      <w:pPr>
        <w:pStyle w:val="FieldLabel"/>
      </w:pPr>
      <w:r>
        <w:t>Skill:</w:t>
      </w:r>
    </w:p>
    <w:p w14:paraId="6DEF6A8C" w14:textId="77777777" w:rsidR="00712EC8" w:rsidRDefault="00000000">
      <w:pPr>
        <w:spacing w:after="140" w:line="360" w:lineRule="exact"/>
      </w:pPr>
      <w:r>
        <w:rPr>
          <w:sz w:val="22"/>
        </w:rPr>
        <w:t> </w:t>
      </w:r>
    </w:p>
    <w:p w14:paraId="14D771C0" w14:textId="77777777" w:rsidR="00712EC8" w:rsidRDefault="00000000">
      <w:pPr>
        <w:pStyle w:val="FieldLabel"/>
      </w:pPr>
      <w:r>
        <w:t>Description or Experience (300-character limit):</w:t>
      </w:r>
    </w:p>
    <w:p w14:paraId="28339404" w14:textId="77777777" w:rsidR="00712EC8" w:rsidRDefault="00000000">
      <w:pPr>
        <w:spacing w:after="140" w:line="360" w:lineRule="exact"/>
      </w:pPr>
      <w:r>
        <w:rPr>
          <w:sz w:val="22"/>
        </w:rPr>
        <w:t> </w:t>
      </w:r>
    </w:p>
    <w:p w14:paraId="454105F2" w14:textId="018A0533" w:rsidR="00712EC8" w:rsidRDefault="00000000" w:rsidP="00AB2CBC">
      <w:pPr>
        <w:spacing w:after="140" w:line="360" w:lineRule="exact"/>
      </w:pPr>
      <w:r>
        <w:rPr>
          <w:sz w:val="22"/>
        </w:rPr>
        <w:t> </w:t>
      </w:r>
      <w:r>
        <w:rPr>
          <w:i/>
          <w:color w:val="5A5A5A"/>
          <w:sz w:val="18"/>
        </w:rPr>
        <w:t xml:space="preserve">For additional entries, copy and paste this entire Entry </w:t>
      </w:r>
      <w:r w:rsidR="002708F4" w:rsidRPr="002708F4">
        <w:rPr>
          <w:i/>
          <w:color w:val="5A5A5A"/>
          <w:sz w:val="18"/>
        </w:rPr>
        <w:t xml:space="preserve">block below the </w:t>
      </w:r>
      <w:r w:rsidR="002708F4">
        <w:rPr>
          <w:i/>
          <w:color w:val="5A5A5A"/>
          <w:sz w:val="18"/>
        </w:rPr>
        <w:t>description/experience</w:t>
      </w:r>
      <w:r w:rsidR="002708F4" w:rsidRPr="002708F4">
        <w:rPr>
          <w:i/>
          <w:color w:val="5A5A5A"/>
          <w:sz w:val="18"/>
        </w:rPr>
        <w:t xml:space="preserve"> of the prior entry</w:t>
      </w:r>
      <w:r>
        <w:rPr>
          <w:i/>
          <w:color w:val="5A5A5A"/>
          <w:sz w:val="18"/>
        </w:rPr>
        <w:t>.</w:t>
      </w:r>
    </w:p>
    <w:p w14:paraId="64EE661B" w14:textId="77777777" w:rsidR="00AB2CBC" w:rsidRDefault="00AB2CBC">
      <w:pPr>
        <w:pStyle w:val="Heading1"/>
        <w:pBdr>
          <w:bottom w:val="single" w:sz="6" w:space="2" w:color="691C32"/>
        </w:pBdr>
      </w:pPr>
    </w:p>
    <w:p w14:paraId="6A8DE77C" w14:textId="7223DD51" w:rsidR="00712EC8" w:rsidRDefault="00000000">
      <w:pPr>
        <w:pStyle w:val="Heading1"/>
        <w:pBdr>
          <w:bottom w:val="single" w:sz="6" w:space="2" w:color="691C32"/>
        </w:pBdr>
      </w:pPr>
      <w:r>
        <w:t>Before You Submit</w:t>
      </w:r>
    </w:p>
    <w:p w14:paraId="60F66054" w14:textId="77777777" w:rsidR="00712EC8" w:rsidRDefault="00000000">
      <w:pPr>
        <w:pStyle w:val="ListBullet"/>
      </w:pPr>
      <w:r>
        <w:t>Review the document for completeness and accuracy.</w:t>
      </w:r>
    </w:p>
    <w:p w14:paraId="66DA6003" w14:textId="77777777" w:rsidR="00712EC8" w:rsidRDefault="00000000">
      <w:pPr>
        <w:pStyle w:val="ListBullet"/>
      </w:pPr>
      <w:r>
        <w:t>Delete unused Entry blocks, but keep the “I do not have information to report” statement marked when a section does not apply.</w:t>
      </w:r>
    </w:p>
    <w:p w14:paraId="06F2467A" w14:textId="77777777" w:rsidR="00712EC8" w:rsidRDefault="00000000">
      <w:pPr>
        <w:pStyle w:val="ListBullet"/>
      </w:pPr>
      <w:r>
        <w:t>Export or save the completed resume as a PDF. Use the option that preserves document structure or accessibility tags when available.</w:t>
      </w:r>
    </w:p>
    <w:p w14:paraId="17865FC2" w14:textId="77777777" w:rsidR="00712EC8" w:rsidRDefault="00000000">
      <w:pPr>
        <w:pStyle w:val="ListBullet"/>
      </w:pPr>
      <w:r>
        <w:t>Open the PDF and confirm that all text is visible, headings are in the correct order, and the document can be selected/read in a logical sequence.</w:t>
      </w:r>
    </w:p>
    <w:sectPr w:rsidR="00712EC8" w:rsidSect="00034616">
      <w:headerReference w:type="default" r:id="rId8"/>
      <w:footerReference w:type="default" r:id="rId9"/>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13277" w14:textId="77777777" w:rsidR="000C2A46" w:rsidRDefault="000C2A46">
      <w:pPr>
        <w:spacing w:after="0" w:line="240" w:lineRule="auto"/>
      </w:pPr>
      <w:r>
        <w:separator/>
      </w:r>
    </w:p>
  </w:endnote>
  <w:endnote w:type="continuationSeparator" w:id="0">
    <w:p w14:paraId="033481C1" w14:textId="77777777" w:rsidR="000C2A46" w:rsidRDefault="000C2A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0939097"/>
      <w:docPartObj>
        <w:docPartGallery w:val="Page Numbers (Bottom of Page)"/>
        <w:docPartUnique/>
      </w:docPartObj>
    </w:sdtPr>
    <w:sdtContent>
      <w:sdt>
        <w:sdtPr>
          <w:id w:val="1728636285"/>
          <w:docPartObj>
            <w:docPartGallery w:val="Page Numbers (Top of Page)"/>
            <w:docPartUnique/>
          </w:docPartObj>
        </w:sdtPr>
        <w:sdtContent>
          <w:p w14:paraId="318D0519" w14:textId="03D50AA3" w:rsidR="00A74C7E" w:rsidRDefault="00A74C7E">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601F3845" w14:textId="5C5B31A9" w:rsidR="00712EC8" w:rsidRDefault="00712EC8">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4DFB8D" w14:textId="77777777" w:rsidR="000C2A46" w:rsidRDefault="000C2A46">
      <w:pPr>
        <w:spacing w:after="0" w:line="240" w:lineRule="auto"/>
      </w:pPr>
      <w:r>
        <w:separator/>
      </w:r>
    </w:p>
  </w:footnote>
  <w:footnote w:type="continuationSeparator" w:id="0">
    <w:p w14:paraId="2FE1238F" w14:textId="77777777" w:rsidR="000C2A46" w:rsidRDefault="000C2A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0BCB0" w14:textId="77777777" w:rsidR="00712EC8" w:rsidRDefault="00000000">
    <w:pPr>
      <w:pStyle w:val="Header"/>
      <w:jc w:val="right"/>
    </w:pPr>
    <w:r>
      <w:rPr>
        <w:b/>
        <w:color w:val="691C32"/>
        <w:sz w:val="16"/>
      </w:rPr>
      <w:t>TWU | Master of Social Work Program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82557882">
    <w:abstractNumId w:val="8"/>
  </w:num>
  <w:num w:numId="2" w16cid:durableId="2131168972">
    <w:abstractNumId w:val="6"/>
  </w:num>
  <w:num w:numId="3" w16cid:durableId="1084450823">
    <w:abstractNumId w:val="5"/>
  </w:num>
  <w:num w:numId="4" w16cid:durableId="575474640">
    <w:abstractNumId w:val="4"/>
  </w:num>
  <w:num w:numId="5" w16cid:durableId="2068261736">
    <w:abstractNumId w:val="7"/>
  </w:num>
  <w:num w:numId="6" w16cid:durableId="3091454">
    <w:abstractNumId w:val="3"/>
  </w:num>
  <w:num w:numId="7" w16cid:durableId="1327974267">
    <w:abstractNumId w:val="2"/>
  </w:num>
  <w:num w:numId="8" w16cid:durableId="1315649163">
    <w:abstractNumId w:val="1"/>
  </w:num>
  <w:num w:numId="9" w16cid:durableId="18917656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C2A46"/>
    <w:rsid w:val="000D3E33"/>
    <w:rsid w:val="00127F35"/>
    <w:rsid w:val="0015074B"/>
    <w:rsid w:val="00201D4A"/>
    <w:rsid w:val="002609E1"/>
    <w:rsid w:val="002708F4"/>
    <w:rsid w:val="0029639D"/>
    <w:rsid w:val="002A0E49"/>
    <w:rsid w:val="002F24D0"/>
    <w:rsid w:val="00326F90"/>
    <w:rsid w:val="003A5AEB"/>
    <w:rsid w:val="004069E0"/>
    <w:rsid w:val="004567B7"/>
    <w:rsid w:val="004971D0"/>
    <w:rsid w:val="006C28CB"/>
    <w:rsid w:val="006C4C51"/>
    <w:rsid w:val="00712EC8"/>
    <w:rsid w:val="00734023"/>
    <w:rsid w:val="0076710A"/>
    <w:rsid w:val="007E2B36"/>
    <w:rsid w:val="0090016B"/>
    <w:rsid w:val="00917E58"/>
    <w:rsid w:val="009B6884"/>
    <w:rsid w:val="009F0073"/>
    <w:rsid w:val="00A11BF2"/>
    <w:rsid w:val="00A257AC"/>
    <w:rsid w:val="00A74C7E"/>
    <w:rsid w:val="00AA1D8D"/>
    <w:rsid w:val="00AB2CBC"/>
    <w:rsid w:val="00AB6C10"/>
    <w:rsid w:val="00B3206E"/>
    <w:rsid w:val="00B47730"/>
    <w:rsid w:val="00BF3FC7"/>
    <w:rsid w:val="00C5083A"/>
    <w:rsid w:val="00CB0664"/>
    <w:rsid w:val="00CE1581"/>
    <w:rsid w:val="00DD1C50"/>
    <w:rsid w:val="00DF66CB"/>
    <w:rsid w:val="00E359C6"/>
    <w:rsid w:val="00FA3F1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04B27BA"/>
  <w14:defaultImageDpi w14:val="300"/>
  <w15:docId w15:val="{9C873054-AAFD-4D82-B7BC-6CAAA512C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rial" w:hAnsi="Arial"/>
      <w:color w:val="282828"/>
      <w:sz w:val="21"/>
    </w:rPr>
  </w:style>
  <w:style w:type="paragraph" w:styleId="Heading1">
    <w:name w:val="heading 1"/>
    <w:basedOn w:val="Normal"/>
    <w:next w:val="Normal"/>
    <w:link w:val="Heading1Char"/>
    <w:uiPriority w:val="9"/>
    <w:qFormat/>
    <w:rsid w:val="00FC693F"/>
    <w:pPr>
      <w:keepNext/>
      <w:keepLines/>
      <w:spacing w:before="240" w:after="80"/>
      <w:outlineLvl w:val="0"/>
    </w:pPr>
    <w:rPr>
      <w:rFonts w:asciiTheme="majorHAnsi" w:eastAsiaTheme="majorEastAsia" w:hAnsiTheme="majorHAnsi" w:cstheme="majorBidi"/>
      <w:b/>
      <w:bCs/>
      <w:color w:val="691C32"/>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color w:val="691C32"/>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200" w:line="240" w:lineRule="auto"/>
      <w:contextualSpacing/>
    </w:pPr>
    <w:rPr>
      <w:rFonts w:asciiTheme="majorHAnsi" w:eastAsiaTheme="majorEastAsia" w:hAnsiTheme="majorHAnsi" w:cstheme="majorBidi"/>
      <w:b/>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ieldLabel">
    <w:name w:val="Field Label"/>
    <w:pPr>
      <w:keepNext/>
      <w:spacing w:before="60" w:after="20"/>
    </w:pPr>
    <w:rPr>
      <w:rFonts w:ascii="Arial" w:hAnsi="Arial"/>
      <w:b/>
      <w:color w:val="282828"/>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6</Pages>
  <Words>1052</Words>
  <Characters>6000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Texas Woman’s University Master of Social Work Program Application Résumé</vt:lpstr>
    </vt:vector>
  </TitlesOfParts>
  <Manager/>
  <Company/>
  <LinksUpToDate>false</LinksUpToDate>
  <CharactersWithSpaces>7038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Texas Woman’s University Master of Social Work Program Application Résumé</dc:title>
  <dc:subject>Accessible applicant résumé template for MSW admissions</dc:subject>
  <dc:creator>Texas Woman’s University Master of Social Work Program</dc:creator>
  <cp:keywords>MSW, social work, application, resume, accessibility</cp:keywords>
  <dc:description>Designed as a simple single-column document with semantic headings and explicit labels for cross-platform editing and PDF export.</dc:description>
  <cp:lastModifiedBy>N/A</cp:lastModifiedBy>
  <cp:revision>30</cp:revision>
  <dcterms:created xsi:type="dcterms:W3CDTF">2026-09-23T00:30:00Z</dcterms:created>
  <dcterms:modified xsi:type="dcterms:W3CDTF">2026-09-24T15:57:00Z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83b114c1-264a-4640-85f4-06b82c98e703</vt:lpwstr>
  </property>
</Properties>
</file>